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למורשת משפחתית, קהילתית ולאומית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מתכון בכתב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מסבתא־רבתא של 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שעון יד שעבר מאב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שיר שאמא שרה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ירושה ומורשת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ירושה היא בדרך כלל דבר מוחשי כמו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מורשת היא מילה רחבה הכוללת גם ערכים ומנהגים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מורשת חיה כשממשיכים לקיים אותה, למשל בהדלקת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מורשת לפעמים משתנה מעט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ילד שמלמד אח קטן משחק מוריש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(ירושה משפחתית מוחשית)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(מורשת של עם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(מורשת קהילתית)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(מורשת של האנושות כולה)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(יצירת מורשת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קיבלנו ומה נוריש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ירושה היא בדרך כלל דבר מוחשי שעובר מאדם לאדם. מורשת רחבה יותר וכוללת גם מילים, מנהגים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ניגון מיוחד בבית הכנסת השכונתי, או מנהג חג של יוצאי ארץ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מתאר פריט מורשת אמיתי, מסביר מי העביר אותו ומנמק מדוע הוא חשוב לו או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מציע דבר קונקרטי (מנהג, ערך, סיפור) ומסביר את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מוחשית, מורשת רחבה וכוללת גם ערכים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מהמשפחה: מתכון, שיר, מנהג,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שמראה הבנה שאנחנו גם מורישים ולא רק יורשים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על חפץ או מנהג שהתלמידים מכירים מהבית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השורש י־ר־ש בלוח ולהראות איך הוא מופיע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לשיתוף בכיתה כדי להראות עושר של מורשות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על ליה והמתכון של סבתא־רבתא שלה, ונלמד להבדיל בין ירושה למורשת רחבה יותר.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מצאה ליה בקופסת הפח?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תכשיט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מסבא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הגיע המתכון המקורי?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מסבתא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מסבתא־רבתא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משכנה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סיפר איתן לחברים?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שיר בשפה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שעון יד שעבר מאב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מתכון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ניגון מבית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סיפרה אלמז?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כינוי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שיר שאמא שרה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ברכה לפני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מנהג 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ירושה ומורשת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ומורשת באות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היא תמיד מילה, שיר או מנהג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גם ערכים ולא רק חפצים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תמיד דבר ישן שנמצא רק בארון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תבלין למתכון ועדיין זו אותה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מבוגרים יכולים להוריש מורשת, ילדים 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לתת משהו לדורות הבאים נקרא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המילים ירושה ומורשת באות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האנשים שנולדו בערך באותה תקופה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שעושים שוב ושוב במשפחה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באות ה__________ של המילה מורשת, האות י׳ מתחלפת בו׳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 עוגיות שעבר מסבתא־רבתא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מורשת של האנושות כולה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השפה העברית והתנ״ך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ירושה משפחתית מוחשית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ניגון שרק שרים בבית כנסת שכונתי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יצירת מורשת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הכתב והמספרים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מורשת של עם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 מלמד את אחיו הקטן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מורשת קהילתית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קיבלנו ומה נוריש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ירושה למורשת? כתבו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למורשת קהילתית מתוך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חפץ, מנהג, שיר או מילה שעברו במשפחה שלכם מדור לדור. מי העביר לכם אותם ולמה הם חשובים?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הייתם רוצים להוריש יום אחד לדורות הבאים?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משפחתית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אנחנו יכולים להוריש לדורות הבאים, לא רק לקבל מהם?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בירושה?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