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קיבלנו בירושה? – מהי 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ירושה למורשת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השורש י־ר־ש ואת המילים הנגזרות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למורשת משפחתית, קהילתית ולאומית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מתכון בכתב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מסבתא־רבתא של 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 שעון יד שעבר מאב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 שיר שאמא שרה 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ירושה ומורשת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שתיהן מהשורש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ירושה היא בדרך כלל דבר מוחשי כמו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מורשת היא מילה רחבה הכוללת גם ערכים ומנהגים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מורשת חיה כשממשיכים לקיים אותה, למשל בהדלקת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מורשת לפעמים משתנה מעט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גם ילד שמלמד אח קטן משחק מוריש מורשת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הוריש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(ירושה משפחתית מוחשית)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(מורשת של עם שלם)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(מורשת קהילתית)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(מורשת של האנושות כולה)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(יצירת מורשת חדשה)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קיבלנו ומה נוריש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ירושה היא בדרך כלל דבר מוחשי שעובר מאדם לאדם. מורשת רחבה יותר וכוללת גם מילים, מנהגים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 ניגון מיוחד בבית הכנסת השכונתי, או מנהג חג של יוצאי ארץ מסוימת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מתאר פריט מורשת אמיתי, מסביר מי העביר אותו ומנמק מדוע הוא חשוב לו או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שהתלמיד מציע דבר קונקרטי (מנהג, ערך, סיפור) ומסביר את הבחירה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ירושה מוחשית, מורשת רחבה וכוללת גם ערכים ומנהגים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אישית מהמשפחה: מתכון, שיר, מנהג, 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שמראה הבנה שאנחנו גם מורישים ולא רק יורשים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על חפץ או מנהג שהתלמידים מכירים מהבית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השורש י־ר־ש בלוח ולהראות איך הוא מופיע במילים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זמן לשיתוף בכיתה כדי להראות עושר של מורשות שונות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קיבלנו בירושה? – מהי 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תרגילים על הסיפור של ליה. נלמד מה זה ירושה ומה זה מורשת.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ירושה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שעובר מאדם לאדם שבא אחריו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מה שעובר מדור לדור: חפצים, מנהגים, שפה וערכים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יורש/ת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שמקבל/ת ירושה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להוריש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משהו לדורות הבאים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האנשים שנולדו בערך באותה תקופה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שעושים שוב ושוב, במשפחה או בקהילה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חשוב שמנחה אותנו איך להתנהג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בקופסה שליה מצאה?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תכשיט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מתכון בכתב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מסבא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כתב את המתכון בפעם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מסבתא של 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מסבתא־רבתא של 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מאמא של 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משכנה של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איתן סיפר לחברים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שיר בשפה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שעון יד שעבר מאב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מתכון עוגיות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ניגון מבית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אלמז סיפרה?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כינוי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שיר שאמא שרה 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ברכה לפני 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מנהג חג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ירושה ומורשת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ירושה ומורשת באות מאותו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ירושה היא תמיד מילה, שיר או מנהג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כוללת גם ערכים ולא רק חפצים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היא תמיד דבר ישן שנמצא רק בארון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תבלין למתכון ועדיין זו אותה מורשת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מבוגרים יכולים להוריש מורשת, ילדים לא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שמקבל ירושה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לתת משהו לדורות הבאים נקרא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המילים ירושה ומורשת באות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האנשים שנולדו בערך באותה תקופה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דבר שעושים שוב ושוב במשפחה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באות ה__________ של המילה מורשת, האות י׳ מתחלפת בו׳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מתכון עוגיות שעבר מסבתא־רבתא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יצירת מורשת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השפה העברית והתנ״ך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מורשת של האנושות כולה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ניגון שרק שרים בבית כנסת שכונתי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מורשת של עם שלם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הכתב והמספרים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ירושה משפחתית מוחשית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ילד מלמד את אחיו הקטן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מורשת קהילתית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קיבלנו ומה נוריש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ירושה למורשת? כתבו בשתי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למורשת קהילתית מתוך 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חפץ, מנהג, שיר או מילה שעברו במשפחה שלכם מדור לדור. מי העביר לכם אותם ולמה הם חשובים?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אתם הייתם רוצים להוריש יום אחד לדורות הבאים? 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ירושה למורשת?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למורשת משפחתית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אנחנו יכולים להוריש לדורות הבאים, לא רק לקבל מהם?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קיבלנו בירושה? – מהי מורשת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