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🌳 מורשת חיה – מה עובר מדור לדור ואיך היא חיה בתוכנו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מה קיבלנו בירושה? – מהי מורשת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ההבדל בין ירושה למורשת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השורש י־ר־ש ואת המילים הנגזרות ממנו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דוגמאות למורשת משפחתית, קהילתית ולאומית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הסיפור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מתכון בכתב יד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מסבתא־רבתא של ליה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ירושה ומורשת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שתיהן מהשורש י־ר־ש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ירושה היא בדרך כלל דבר מוחשי כמו חפץ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מורשת היא מילה רחבה הכוללת גם ערכים ומנהגים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יורש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הוריש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ירש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(ירושה משפחתית מוחשית)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(מורשת של עם שלם)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(מורשת קהילתית)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(מורשת של האנושות כולה)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מה קיבלנו ומה נוריש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ירושה היא בדרך כלל דבר מוחשי שעובר מאדם לאדם. מורשת רחבה יותר וכוללת גם מילים, מנהגים וערכים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אישית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יש לבדוק שהתלמיד מתאר פריט מורשת אמיתי, מסביר מי העביר אותו ומנמק מדוע הוא חשוב לו או לה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ירושה מוחשית, מורשת רחבה וכוללת גם ערכים ומנהגים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דוגמה אישית מהמשפחה: מתכון, שיר, מנהג, חפץ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תשובה שמראה הבנה שאנחנו גם מורישים ולא רק יורשים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את השיעור בשאלה על חפץ או מנהג שהתלמידים מכירים מהבית שלהם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להדגיש את השורש י־ר־ש בלוח ולהראות איך הוא מופיע במילים שונות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הפתוח כדאי לתת זמן לשיתוף בכיתה כדי להראות עושר של מורשות שונות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🌳 מורשת חיה – מה עובר מדור לדור ואיך היא חיה בתוכנו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מה קיבלנו בירושה? – מהי מורשת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בדף הזה נתרגל את הסיפור על ליה והמתכון של סבתא־רבתא שלה, ונלמד להבדיל בין ירושה למורשת רחבה יותר.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הוריש  ·  יורש  ·  ירש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הבנת הסיפור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 מצאה ליה בקופסת הפח?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תכשיט ישן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מתכון בכתב 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מכתב מסבא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ממי הגיע המתכון המקורי?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מסבתא של ליה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מסבתא־רבתא של ליה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מאמא של ליה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ירושה ומורשת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ירושה ומורשת באות מאותו שורש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ירושה היא תמיד מילה, שיר או מנהג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מורשת כוללת גם ערכים ולא רק חפצים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מי שמקבל ירושה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לתת משהו לדורות הבאים נקרא ל__________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המילים ירושה ומורשת באות מהשורש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מתכון עוגיות שעבר מסבתא־רבתא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מורשת של עם שלם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השפה העברית והתנ״ך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מורשת קהילתית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ניגון שרק שרים בבית כנסת שכונתי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מורשת של האנושות כולה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הכתב והמספרים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ירושה משפחתית מוחשית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מה קיבלנו ומה נוריש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 ההבדל בין ירושה למורשת? כתבו בשתי שורות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כתבו על חפץ, מנהג, שיר או מילה שעברו במשפחה שלכם מדור לדור. מי העביר לכם אותם ולמה הם חשובים?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ההבדל בין ירושה למורשת?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תנו דוגמה אחת למורשת משפחתית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מה קיבלנו בירושה? – מהי מורשת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